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465E" w14:textId="77777777" w:rsidR="00D97685" w:rsidRPr="00ED1D45" w:rsidRDefault="00D97685">
      <w:pPr>
        <w:pStyle w:val="FormTitle"/>
        <w:spacing w:after="40" w:line="259" w:lineRule="auto"/>
        <w:jc w:val="center"/>
        <w:rPr>
          <w:color w:val="auto"/>
        </w:rPr>
      </w:pPr>
      <w:r w:rsidRPr="00ED1D45">
        <w:rPr>
          <w:noProof/>
          <w:color w:val="auto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52FEB670" wp14:editId="10A9D104">
            <wp:simplePos x="0" y="0"/>
            <wp:positionH relativeFrom="column">
              <wp:posOffset>2618105</wp:posOffset>
            </wp:positionH>
            <wp:positionV relativeFrom="paragraph">
              <wp:posOffset>-130247</wp:posOffset>
            </wp:positionV>
            <wp:extent cx="1095805" cy="521874"/>
            <wp:effectExtent l="0" t="0" r="0" b="0"/>
            <wp:wrapNone/>
            <wp:docPr id="1" name="Immagine 1" descr="C:\Users\Utente\Desktop\Loghi\DIP_DICAM\DIP_DICAM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Loghi\DIP_DICAM\DIP_DICAM_COLO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805" cy="5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B65154" w14:textId="77777777" w:rsidR="00D97685" w:rsidRPr="00ED1D45" w:rsidRDefault="00D97685">
      <w:pPr>
        <w:pStyle w:val="FormTitle"/>
        <w:spacing w:after="40" w:line="259" w:lineRule="auto"/>
        <w:jc w:val="center"/>
        <w:rPr>
          <w:color w:val="auto"/>
        </w:rPr>
      </w:pPr>
    </w:p>
    <w:p w14:paraId="6D5ABA70" w14:textId="77777777" w:rsidR="00E955B2" w:rsidRPr="00ED1D45" w:rsidRDefault="00904D71">
      <w:pPr>
        <w:pStyle w:val="FormTitle"/>
        <w:spacing w:after="40" w:line="259" w:lineRule="auto"/>
        <w:jc w:val="center"/>
        <w:rPr>
          <w:color w:val="auto"/>
          <w:sz w:val="28"/>
          <w:szCs w:val="28"/>
          <w:lang w:val="it-IT"/>
        </w:rPr>
      </w:pPr>
      <w:r w:rsidRPr="00ED1D45">
        <w:rPr>
          <w:color w:val="auto"/>
          <w:sz w:val="28"/>
          <w:szCs w:val="28"/>
          <w:lang w:val="it-IT"/>
        </w:rPr>
        <w:t>ALLEGATO A</w:t>
      </w:r>
    </w:p>
    <w:p w14:paraId="4CAF39FF" w14:textId="77777777" w:rsidR="00E955B2" w:rsidRPr="00ED1D45" w:rsidRDefault="00904D71">
      <w:pPr>
        <w:pStyle w:val="FormTitle"/>
        <w:spacing w:after="120" w:line="259" w:lineRule="auto"/>
        <w:jc w:val="center"/>
        <w:rPr>
          <w:color w:val="auto"/>
          <w:sz w:val="28"/>
          <w:szCs w:val="28"/>
          <w:lang w:val="it-IT"/>
        </w:rPr>
      </w:pPr>
      <w:r w:rsidRPr="00ED1D45">
        <w:rPr>
          <w:color w:val="auto"/>
          <w:sz w:val="28"/>
          <w:szCs w:val="28"/>
          <w:lang w:val="it-IT"/>
        </w:rPr>
        <w:t>Domanda di ammissione alla procedura pubblica di selezione</w:t>
      </w:r>
      <w:r w:rsidRPr="00ED1D45">
        <w:rPr>
          <w:color w:val="auto"/>
          <w:sz w:val="28"/>
          <w:szCs w:val="28"/>
          <w:lang w:val="it-IT"/>
        </w:rPr>
        <w:br/>
        <w:t>per il conferimento di borse di studio per attività di ricerca – Progetto CON.GEN.IA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9972"/>
      </w:tblGrid>
      <w:tr w:rsidR="00ED1D45" w:rsidRPr="00ED1D45" w14:paraId="2CB453F9" w14:textId="77777777">
        <w:trPr>
          <w:jc w:val="center"/>
        </w:trPr>
        <w:tc>
          <w:tcPr>
            <w:tcW w:w="9972" w:type="dxa"/>
            <w:shd w:val="clear" w:color="auto" w:fill="F5F9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50D2CF" w14:textId="77777777" w:rsidR="00E955B2" w:rsidRPr="00ED1D45" w:rsidRDefault="00904D71" w:rsidP="00ED1D45">
            <w:pPr>
              <w:pStyle w:val="SmallNote"/>
              <w:spacing w:after="0" w:line="252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 xml:space="preserve">Compilare in ogni sua parte, selezionare un solo profilo (A, o </w:t>
            </w:r>
            <w:r w:rsidR="00ED1D45" w:rsidRPr="00ED1D45">
              <w:rPr>
                <w:color w:val="auto"/>
                <w:lang w:val="it-IT"/>
              </w:rPr>
              <w:t>B</w:t>
            </w:r>
            <w:r w:rsidRPr="00ED1D45">
              <w:rPr>
                <w:color w:val="auto"/>
                <w:lang w:val="it-IT"/>
              </w:rPr>
              <w:t>) e</w:t>
            </w:r>
            <w:r w:rsidR="00D97685" w:rsidRPr="00ED1D45">
              <w:rPr>
                <w:color w:val="auto"/>
                <w:lang w:val="it-IT"/>
              </w:rPr>
              <w:t>, qualora si intenda concorrere a più procedure,</w:t>
            </w:r>
            <w:r w:rsidRPr="00ED1D45">
              <w:rPr>
                <w:color w:val="auto"/>
                <w:lang w:val="it-IT"/>
              </w:rPr>
              <w:t xml:space="preserve"> presentare una domanda distinta per ciascun profilo. Allegare tutti i documenti richiesti in PDF.</w:t>
            </w:r>
          </w:p>
        </w:tc>
      </w:tr>
    </w:tbl>
    <w:p w14:paraId="1D064C34" w14:textId="77777777" w:rsidR="00E955B2" w:rsidRPr="00ED1D45" w:rsidRDefault="00E955B2">
      <w:pPr>
        <w:rPr>
          <w:lang w:val="it-IT"/>
        </w:rPr>
      </w:pPr>
    </w:p>
    <w:p w14:paraId="15A62B14" w14:textId="77777777" w:rsidR="00E955B2" w:rsidRPr="00ED1D45" w:rsidRDefault="00904D71">
      <w:pPr>
        <w:spacing w:after="40" w:line="259" w:lineRule="auto"/>
        <w:rPr>
          <w:lang w:val="it-IT"/>
        </w:rPr>
      </w:pPr>
      <w:r w:rsidRPr="00ED1D45">
        <w:rPr>
          <w:b/>
          <w:lang w:val="it-IT"/>
        </w:rPr>
        <w:t>Al Direttore del Dipartimento di Civiltà Antiche e Moderne</w:t>
      </w:r>
      <w:r w:rsidRPr="00ED1D45">
        <w:rPr>
          <w:b/>
          <w:lang w:val="it-IT"/>
        </w:rPr>
        <w:br/>
      </w:r>
      <w:r w:rsidRPr="00ED1D45">
        <w:rPr>
          <w:lang w:val="it-IT"/>
        </w:rPr>
        <w:t>Università degli Studi di Messina</w:t>
      </w:r>
      <w:r w:rsidRPr="00ED1D45">
        <w:rPr>
          <w:lang w:val="it-IT"/>
        </w:rPr>
        <w:br/>
        <w:t>Viale Giovanni Palatucci, 13 – 98168 Messina</w:t>
      </w:r>
      <w:r w:rsidRPr="00ED1D45">
        <w:rPr>
          <w:lang w:val="it-IT"/>
        </w:rPr>
        <w:br/>
        <w:t>PEC: dipartimento.dicam@pec.unime.it</w:t>
      </w:r>
    </w:p>
    <w:p w14:paraId="22CF5CFC" w14:textId="77777777" w:rsidR="00E955B2" w:rsidRPr="00ED1D45" w:rsidRDefault="00904D71">
      <w:pPr>
        <w:spacing w:before="80" w:after="80" w:line="259" w:lineRule="auto"/>
        <w:rPr>
          <w:lang w:val="it-IT"/>
        </w:rPr>
      </w:pPr>
      <w:r w:rsidRPr="00ED1D45">
        <w:rPr>
          <w:b/>
          <w:lang w:val="it-IT"/>
        </w:rPr>
        <w:t xml:space="preserve">Oggetto: </w:t>
      </w:r>
      <w:r w:rsidRPr="00ED1D45">
        <w:rPr>
          <w:lang w:val="it-IT"/>
        </w:rPr>
        <w:t>Domanda di partecipazione alla procedura pubblica di selezione per il conferimento di borse di studio per attività di ricerca nell’ambito del progetto CON.GEN.IA</w:t>
      </w:r>
    </w:p>
    <w:p w14:paraId="082EE44D" w14:textId="77777777" w:rsidR="00E955B2" w:rsidRPr="00ED1D45" w:rsidRDefault="00904D71">
      <w:pPr>
        <w:pStyle w:val="SectionHead"/>
        <w:spacing w:after="60" w:line="259" w:lineRule="auto"/>
        <w:rPr>
          <w:color w:val="auto"/>
        </w:rPr>
      </w:pPr>
      <w:r w:rsidRPr="00ED1D45">
        <w:rPr>
          <w:color w:val="auto"/>
        </w:rPr>
        <w:t xml:space="preserve">1. Dati della/del </w:t>
      </w:r>
      <w:proofErr w:type="spellStart"/>
      <w:r w:rsidRPr="00ED1D45">
        <w:rPr>
          <w:color w:val="auto"/>
        </w:rPr>
        <w:t>candidata</w:t>
      </w:r>
      <w:proofErr w:type="spellEnd"/>
      <w:r w:rsidRPr="00ED1D45">
        <w:rPr>
          <w:color w:val="auto"/>
        </w:rPr>
        <w:t>/o</w:t>
      </w:r>
    </w:p>
    <w:tbl>
      <w:tblPr>
        <w:tblW w:w="0" w:type="auto"/>
        <w:jc w:val="center"/>
        <w:tblBorders>
          <w:top w:val="single" w:sz="8" w:space="0" w:color="C9D2E3"/>
          <w:left w:val="single" w:sz="8" w:space="0" w:color="C9D2E3"/>
          <w:bottom w:val="single" w:sz="8" w:space="0" w:color="C9D2E3"/>
          <w:right w:val="single" w:sz="8" w:space="0" w:color="C9D2E3"/>
          <w:insideH w:val="single" w:sz="8" w:space="0" w:color="C9D2E3"/>
          <w:insideV w:val="single" w:sz="8" w:space="0" w:color="C9D2E3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ED1D45" w:rsidRPr="00ED1D45" w14:paraId="3E77AE2A" w14:textId="77777777">
        <w:trPr>
          <w:jc w:val="center"/>
        </w:trPr>
        <w:tc>
          <w:tcPr>
            <w:tcW w:w="2835" w:type="dxa"/>
            <w:shd w:val="clear" w:color="auto" w:fill="F2F6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F90CA8" w14:textId="77777777" w:rsidR="00E955B2" w:rsidRPr="00ED1D45" w:rsidRDefault="00904D71">
            <w:pPr>
              <w:spacing w:after="0" w:line="259" w:lineRule="auto"/>
            </w:pPr>
            <w:proofErr w:type="spellStart"/>
            <w:r w:rsidRPr="00ED1D45">
              <w:rPr>
                <w:b/>
              </w:rPr>
              <w:t>Cognome</w:t>
            </w:r>
            <w:proofErr w:type="spellEnd"/>
            <w:r w:rsidRPr="00ED1D45">
              <w:rPr>
                <w:b/>
              </w:rPr>
              <w:t xml:space="preserve"> e </w:t>
            </w:r>
            <w:proofErr w:type="spellStart"/>
            <w:r w:rsidRPr="00ED1D45">
              <w:rPr>
                <w:b/>
              </w:rPr>
              <w:t>nome</w:t>
            </w:r>
            <w:proofErr w:type="spellEnd"/>
          </w:p>
        </w:tc>
        <w:tc>
          <w:tcPr>
            <w:tcW w:w="669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6742BA" w14:textId="77777777" w:rsidR="00E955B2" w:rsidRPr="00ED1D45" w:rsidRDefault="00E955B2">
            <w:pPr>
              <w:spacing w:after="0" w:line="259" w:lineRule="auto"/>
            </w:pPr>
          </w:p>
        </w:tc>
      </w:tr>
      <w:tr w:rsidR="00ED1D45" w:rsidRPr="00ED1D45" w14:paraId="775AD674" w14:textId="77777777">
        <w:trPr>
          <w:jc w:val="center"/>
        </w:trPr>
        <w:tc>
          <w:tcPr>
            <w:tcW w:w="2835" w:type="dxa"/>
            <w:shd w:val="clear" w:color="auto" w:fill="F2F6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15DDF" w14:textId="77777777" w:rsidR="00E955B2" w:rsidRPr="00ED1D45" w:rsidRDefault="00904D71">
            <w:pPr>
              <w:spacing w:after="0" w:line="259" w:lineRule="auto"/>
              <w:rPr>
                <w:lang w:val="it-IT"/>
              </w:rPr>
            </w:pPr>
            <w:r w:rsidRPr="00ED1D45">
              <w:rPr>
                <w:b/>
                <w:lang w:val="it-IT"/>
              </w:rPr>
              <w:t>Data e luogo di nascita</w:t>
            </w:r>
          </w:p>
        </w:tc>
        <w:tc>
          <w:tcPr>
            <w:tcW w:w="669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5AFAF9" w14:textId="77777777" w:rsidR="00E955B2" w:rsidRPr="00ED1D45" w:rsidRDefault="00E955B2">
            <w:pPr>
              <w:spacing w:after="0" w:line="259" w:lineRule="auto"/>
              <w:rPr>
                <w:lang w:val="it-IT"/>
              </w:rPr>
            </w:pPr>
          </w:p>
        </w:tc>
      </w:tr>
      <w:tr w:rsidR="00ED1D45" w:rsidRPr="00ED1D45" w14:paraId="449BCB0F" w14:textId="77777777">
        <w:trPr>
          <w:jc w:val="center"/>
        </w:trPr>
        <w:tc>
          <w:tcPr>
            <w:tcW w:w="2835" w:type="dxa"/>
            <w:shd w:val="clear" w:color="auto" w:fill="F2F6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E22297" w14:textId="77777777" w:rsidR="00E955B2" w:rsidRPr="00ED1D45" w:rsidRDefault="00904D71">
            <w:pPr>
              <w:spacing w:after="0" w:line="259" w:lineRule="auto"/>
            </w:pPr>
            <w:proofErr w:type="spellStart"/>
            <w:r w:rsidRPr="00ED1D45">
              <w:rPr>
                <w:b/>
              </w:rPr>
              <w:t>Residenza</w:t>
            </w:r>
            <w:proofErr w:type="spellEnd"/>
          </w:p>
        </w:tc>
        <w:tc>
          <w:tcPr>
            <w:tcW w:w="669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55F4C3" w14:textId="77777777" w:rsidR="00E955B2" w:rsidRPr="00ED1D45" w:rsidRDefault="00E955B2">
            <w:pPr>
              <w:spacing w:after="0" w:line="259" w:lineRule="auto"/>
            </w:pPr>
          </w:p>
        </w:tc>
      </w:tr>
      <w:tr w:rsidR="00ED1D45" w:rsidRPr="00ED1D45" w14:paraId="0E6EF428" w14:textId="77777777">
        <w:trPr>
          <w:jc w:val="center"/>
        </w:trPr>
        <w:tc>
          <w:tcPr>
            <w:tcW w:w="2835" w:type="dxa"/>
            <w:shd w:val="clear" w:color="auto" w:fill="F2F6F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9DFB5" w14:textId="77777777" w:rsidR="00E955B2" w:rsidRPr="00ED1D45" w:rsidRDefault="00904D71">
            <w:pPr>
              <w:spacing w:after="0" w:line="259" w:lineRule="auto"/>
              <w:rPr>
                <w:lang w:val="it-IT"/>
              </w:rPr>
            </w:pPr>
            <w:r w:rsidRPr="00ED1D45">
              <w:rPr>
                <w:b/>
                <w:lang w:val="it-IT"/>
              </w:rPr>
              <w:t>Indirizzo e-mail / PEC per le comunicazioni</w:t>
            </w:r>
          </w:p>
        </w:tc>
        <w:tc>
          <w:tcPr>
            <w:tcW w:w="6690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7F3C1" w14:textId="77777777" w:rsidR="00E955B2" w:rsidRPr="00ED1D45" w:rsidRDefault="00E955B2">
            <w:pPr>
              <w:spacing w:after="0" w:line="259" w:lineRule="auto"/>
              <w:rPr>
                <w:lang w:val="it-IT"/>
              </w:rPr>
            </w:pPr>
          </w:p>
        </w:tc>
      </w:tr>
    </w:tbl>
    <w:p w14:paraId="5199491E" w14:textId="77777777" w:rsidR="00E955B2" w:rsidRPr="00ED1D45" w:rsidRDefault="00E955B2">
      <w:pPr>
        <w:rPr>
          <w:lang w:val="it-IT"/>
        </w:rPr>
      </w:pPr>
    </w:p>
    <w:p w14:paraId="0096F2A6" w14:textId="77777777" w:rsidR="00E955B2" w:rsidRPr="00ED1D45" w:rsidRDefault="00904D71">
      <w:pPr>
        <w:pStyle w:val="SectionHead"/>
        <w:spacing w:after="60" w:line="259" w:lineRule="auto"/>
        <w:rPr>
          <w:color w:val="auto"/>
          <w:lang w:val="it-IT"/>
        </w:rPr>
      </w:pPr>
      <w:r w:rsidRPr="00ED1D45">
        <w:rPr>
          <w:color w:val="auto"/>
          <w:lang w:val="it-IT"/>
        </w:rPr>
        <w:t>2. Istanza</w:t>
      </w:r>
    </w:p>
    <w:p w14:paraId="39E76940" w14:textId="77777777" w:rsidR="00E955B2" w:rsidRPr="00ED1D45" w:rsidRDefault="00904D71">
      <w:pPr>
        <w:spacing w:after="80" w:line="269" w:lineRule="auto"/>
        <w:rPr>
          <w:lang w:val="it-IT"/>
        </w:rPr>
      </w:pPr>
      <w:r w:rsidRPr="00ED1D45">
        <w:rPr>
          <w:b/>
          <w:lang w:val="it-IT"/>
        </w:rPr>
        <w:t xml:space="preserve">La/Il sottoscritta/o chiede </w:t>
      </w:r>
      <w:r w:rsidRPr="00ED1D45">
        <w:rPr>
          <w:lang w:val="it-IT"/>
        </w:rPr>
        <w:t>di essere ammessa/o alla procedura pubblica di selezione, per titoli e colloquio, per il conferimento di borse di studio per attività di ricerca nell’ambito del progetto CON.GEN.IA.</w:t>
      </w:r>
    </w:p>
    <w:tbl>
      <w:tblPr>
        <w:tblW w:w="0" w:type="auto"/>
        <w:jc w:val="center"/>
        <w:tblBorders>
          <w:top w:val="single" w:sz="8" w:space="0" w:color="C9D2E3"/>
          <w:left w:val="single" w:sz="8" w:space="0" w:color="C9D2E3"/>
          <w:bottom w:val="single" w:sz="8" w:space="0" w:color="C9D2E3"/>
          <w:right w:val="single" w:sz="8" w:space="0" w:color="C9D2E3"/>
          <w:insideH w:val="single" w:sz="8" w:space="0" w:color="C9D2E3"/>
          <w:insideV w:val="single" w:sz="8" w:space="0" w:color="C9D2E3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8901"/>
      </w:tblGrid>
      <w:tr w:rsidR="00ED1D45" w:rsidRPr="008207D6" w14:paraId="57D8E529" w14:textId="77777777">
        <w:trPr>
          <w:jc w:val="center"/>
        </w:trPr>
        <w:tc>
          <w:tcPr>
            <w:tcW w:w="624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DBD96C3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0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D4DAC53" w14:textId="77777777" w:rsidR="00E955B2" w:rsidRPr="008207D6" w:rsidRDefault="00904D71">
            <w:pPr>
              <w:pStyle w:val="Compact"/>
              <w:spacing w:after="0" w:line="245" w:lineRule="auto"/>
              <w:rPr>
                <w:color w:val="auto"/>
                <w:lang w:val="en-GB"/>
              </w:rPr>
            </w:pPr>
            <w:proofErr w:type="spellStart"/>
            <w:r w:rsidRPr="008207D6">
              <w:rPr>
                <w:color w:val="auto"/>
                <w:lang w:val="en-GB"/>
              </w:rPr>
              <w:t>Profilo</w:t>
            </w:r>
            <w:proofErr w:type="spellEnd"/>
            <w:r w:rsidRPr="008207D6">
              <w:rPr>
                <w:color w:val="auto"/>
                <w:lang w:val="en-GB"/>
              </w:rPr>
              <w:t xml:space="preserve"> A – “</w:t>
            </w:r>
            <w:r w:rsidR="008207D6" w:rsidRPr="008207D6">
              <w:rPr>
                <w:rFonts w:hint="eastAsia"/>
                <w:color w:val="auto"/>
                <w:lang w:val="en-GB"/>
              </w:rPr>
              <w:t>Team of Teams per l</w:t>
            </w:r>
            <w:r w:rsidR="008207D6" w:rsidRPr="008207D6">
              <w:rPr>
                <w:rFonts w:hint="eastAsia"/>
                <w:color w:val="auto"/>
                <w:lang w:val="en-GB"/>
              </w:rPr>
              <w:t>’</w:t>
            </w:r>
            <w:r w:rsidR="008207D6" w:rsidRPr="008207D6">
              <w:rPr>
                <w:rFonts w:hint="eastAsia"/>
                <w:color w:val="auto"/>
                <w:lang w:val="en-GB"/>
              </w:rPr>
              <w:t>Industria 5.0</w:t>
            </w:r>
            <w:r w:rsidRPr="008207D6">
              <w:rPr>
                <w:color w:val="auto"/>
                <w:lang w:val="en-GB"/>
              </w:rPr>
              <w:t>”</w:t>
            </w:r>
          </w:p>
        </w:tc>
      </w:tr>
      <w:tr w:rsidR="00ED1D45" w:rsidRPr="00ED1D45" w14:paraId="4ABA47CD" w14:textId="77777777">
        <w:trPr>
          <w:jc w:val="center"/>
        </w:trPr>
        <w:tc>
          <w:tcPr>
            <w:tcW w:w="624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6DC3D39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0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2579B1" w14:textId="77777777" w:rsidR="00E955B2" w:rsidRPr="00ED1D45" w:rsidRDefault="00904D71">
            <w:pPr>
              <w:pStyle w:val="Compact"/>
              <w:spacing w:after="0" w:line="245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Profilo B – “</w:t>
            </w:r>
            <w:r w:rsidR="008207D6" w:rsidRPr="008207D6">
              <w:rPr>
                <w:rFonts w:hint="eastAsia"/>
                <w:color w:val="auto"/>
                <w:lang w:val="it-IT"/>
              </w:rPr>
              <w:t>IA, trasferimento della conoscenza e strategie per il passaggio generazionale nelle imprese familiari</w:t>
            </w:r>
            <w:r w:rsidRPr="00ED1D45">
              <w:rPr>
                <w:color w:val="auto"/>
                <w:lang w:val="it-IT"/>
              </w:rPr>
              <w:t>”</w:t>
            </w:r>
          </w:p>
        </w:tc>
      </w:tr>
      <w:tr w:rsidR="00ED1D45" w:rsidRPr="00ED1D45" w14:paraId="6FF14135" w14:textId="77777777">
        <w:trPr>
          <w:jc w:val="center"/>
        </w:trPr>
        <w:tc>
          <w:tcPr>
            <w:tcW w:w="624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67616EC5" w14:textId="77777777" w:rsidR="00E955B2" w:rsidRPr="00ED1D45" w:rsidRDefault="00E955B2">
            <w:pPr>
              <w:pStyle w:val="Compact"/>
              <w:spacing w:after="0" w:line="240" w:lineRule="auto"/>
              <w:jc w:val="center"/>
              <w:rPr>
                <w:color w:val="auto"/>
                <w:lang w:val="it-IT"/>
              </w:rPr>
            </w:pPr>
          </w:p>
        </w:tc>
        <w:tc>
          <w:tcPr>
            <w:tcW w:w="8901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E3599B" w14:textId="77777777" w:rsidR="00E955B2" w:rsidRPr="00ED1D45" w:rsidRDefault="00904D71">
            <w:pPr>
              <w:pStyle w:val="Compact"/>
              <w:spacing w:after="0" w:line="245" w:lineRule="auto"/>
              <w:rPr>
                <w:color w:val="auto"/>
              </w:rPr>
            </w:pPr>
            <w:proofErr w:type="spellStart"/>
            <w:r w:rsidRPr="00ED1D45">
              <w:rPr>
                <w:color w:val="auto"/>
              </w:rPr>
              <w:t>Protocollo</w:t>
            </w:r>
            <w:proofErr w:type="spellEnd"/>
            <w:r w:rsidRPr="00ED1D45">
              <w:rPr>
                <w:color w:val="auto"/>
              </w:rPr>
              <w:t xml:space="preserve"> del bando n. _____________________</w:t>
            </w:r>
          </w:p>
        </w:tc>
      </w:tr>
    </w:tbl>
    <w:p w14:paraId="155F8D69" w14:textId="77777777" w:rsidR="00E955B2" w:rsidRPr="00ED1D45" w:rsidRDefault="00E955B2"/>
    <w:p w14:paraId="0DC0B211" w14:textId="77777777" w:rsidR="00E955B2" w:rsidRPr="00ED1D45" w:rsidRDefault="00904D71">
      <w:pPr>
        <w:pStyle w:val="SectionHead"/>
        <w:spacing w:after="60" w:line="259" w:lineRule="auto"/>
        <w:rPr>
          <w:color w:val="auto"/>
          <w:lang w:val="it-IT"/>
        </w:rPr>
      </w:pPr>
      <w:r w:rsidRPr="00ED1D45">
        <w:rPr>
          <w:color w:val="auto"/>
          <w:lang w:val="it-IT"/>
        </w:rPr>
        <w:t>3. Dichiarazioni sostitutive rese sotto la personale responsabilità</w:t>
      </w:r>
    </w:p>
    <w:p w14:paraId="347BDD24" w14:textId="77777777" w:rsidR="00E955B2" w:rsidRPr="00ED1D45" w:rsidRDefault="00904D71">
      <w:pPr>
        <w:spacing w:after="80" w:line="264" w:lineRule="auto"/>
        <w:rPr>
          <w:lang w:val="it-IT"/>
        </w:rPr>
      </w:pPr>
      <w:r w:rsidRPr="00ED1D45">
        <w:rPr>
          <w:lang w:val="it-IT"/>
        </w:rPr>
        <w:t>Ai sensi degli artt. 46 e 47 del D.P.R. 445/2000, consapevole delle responsabilità penali previste dall’art. 76 del medesimo D.P.R. in caso di dichiarazioni mendaci, la/il sottoscritta/o dichiara:</w:t>
      </w:r>
    </w:p>
    <w:p w14:paraId="0EDF72F1" w14:textId="77777777" w:rsidR="00E955B2" w:rsidRPr="00ED1D45" w:rsidRDefault="00904D71">
      <w:pPr>
        <w:spacing w:after="40" w:line="257" w:lineRule="auto"/>
        <w:ind w:left="255" w:hanging="198"/>
        <w:rPr>
          <w:lang w:val="it-IT"/>
        </w:rPr>
      </w:pPr>
      <w:r w:rsidRPr="00ED1D45">
        <w:rPr>
          <w:b/>
          <w:lang w:val="it-IT"/>
        </w:rPr>
        <w:t xml:space="preserve">• </w:t>
      </w:r>
      <w:r w:rsidRPr="00ED1D45">
        <w:rPr>
          <w:lang w:val="it-IT"/>
        </w:rPr>
        <w:t>di essere in possesso della seguente cittadinanza: _______________________________________________;</w:t>
      </w:r>
    </w:p>
    <w:p w14:paraId="2D493841" w14:textId="77777777" w:rsidR="00E955B2" w:rsidRPr="00ED1D45" w:rsidRDefault="00904D71">
      <w:pPr>
        <w:spacing w:after="40" w:line="257" w:lineRule="auto"/>
        <w:ind w:left="255" w:hanging="198"/>
        <w:rPr>
          <w:lang w:val="it-IT"/>
        </w:rPr>
      </w:pPr>
      <w:r w:rsidRPr="00ED1D45">
        <w:rPr>
          <w:b/>
          <w:lang w:val="it-IT"/>
        </w:rPr>
        <w:t xml:space="preserve">• </w:t>
      </w:r>
      <w:r w:rsidRPr="00ED1D45">
        <w:rPr>
          <w:lang w:val="it-IT"/>
        </w:rPr>
        <w:t>di non avere riportato condanne penali; ovvero di avere riportato le seguenti condanne penali: _______________________________________________;</w:t>
      </w:r>
    </w:p>
    <w:p w14:paraId="6CFFF1FF" w14:textId="77777777" w:rsidR="00E955B2" w:rsidRPr="00ED1D45" w:rsidRDefault="00904D71">
      <w:pPr>
        <w:spacing w:after="40" w:line="257" w:lineRule="auto"/>
        <w:ind w:left="255" w:hanging="198"/>
        <w:rPr>
          <w:lang w:val="it-IT"/>
        </w:rPr>
      </w:pPr>
      <w:r w:rsidRPr="00ED1D45">
        <w:rPr>
          <w:b/>
          <w:lang w:val="it-IT"/>
        </w:rPr>
        <w:t xml:space="preserve">• </w:t>
      </w:r>
      <w:r w:rsidRPr="00ED1D45">
        <w:rPr>
          <w:lang w:val="it-IT"/>
        </w:rPr>
        <w:t>di essere a piena e completa conoscenza che la borsa di studio oggetto del bando non costituisce in alcun modo rapporto di lavoro di nessun tipo con l’Università degli Studi di Messina e che l’assegnazione non costituisce in alcun caso ragione di futuro rapporto di lavoro con l’Università degli Studi di Messina;</w:t>
      </w:r>
    </w:p>
    <w:p w14:paraId="31F3C26B" w14:textId="77777777" w:rsidR="00E955B2" w:rsidRPr="00ED1D45" w:rsidRDefault="00904D71">
      <w:pPr>
        <w:spacing w:after="40" w:line="257" w:lineRule="auto"/>
        <w:ind w:left="255" w:hanging="198"/>
        <w:rPr>
          <w:lang w:val="it-IT"/>
        </w:rPr>
      </w:pPr>
      <w:r w:rsidRPr="00ED1D45">
        <w:rPr>
          <w:b/>
          <w:lang w:val="it-IT"/>
        </w:rPr>
        <w:t xml:space="preserve">• </w:t>
      </w:r>
      <w:r w:rsidRPr="00ED1D45">
        <w:rPr>
          <w:lang w:val="it-IT"/>
        </w:rPr>
        <w:t>di possedere il seguente titolo di dottorato / titolo equivalente attinente al profilo prescelto: _______________________________________________</w:t>
      </w:r>
      <w:r w:rsidR="00D97685" w:rsidRPr="00ED1D45">
        <w:rPr>
          <w:lang w:val="it-IT"/>
        </w:rPr>
        <w:t>__________________________________________</w:t>
      </w:r>
      <w:r w:rsidRPr="00ED1D45">
        <w:rPr>
          <w:lang w:val="it-IT"/>
        </w:rPr>
        <w:t>;</w:t>
      </w:r>
    </w:p>
    <w:p w14:paraId="6F76433B" w14:textId="77777777" w:rsidR="00E955B2" w:rsidRPr="00ED1D45" w:rsidRDefault="00904D71">
      <w:pPr>
        <w:spacing w:after="40" w:line="257" w:lineRule="auto"/>
        <w:ind w:left="255" w:hanging="198"/>
        <w:rPr>
          <w:lang w:val="it-IT"/>
        </w:rPr>
      </w:pPr>
      <w:r w:rsidRPr="00ED1D45">
        <w:rPr>
          <w:b/>
          <w:lang w:val="it-IT"/>
        </w:rPr>
        <w:lastRenderedPageBreak/>
        <w:t xml:space="preserve">• </w:t>
      </w:r>
      <w:r w:rsidRPr="00ED1D45">
        <w:rPr>
          <w:lang w:val="it-IT"/>
        </w:rPr>
        <w:t>oppure, se iscritta/o al terzo anno di dottorato, di essere iscritta/o al terzo anno del corso di dottorato in _______________________________________________ e che il conseguimento del titolo è previsto entro i sei mesi successivi alla data di pubblicazione del bando;</w:t>
      </w:r>
    </w:p>
    <w:p w14:paraId="26FE2FC3" w14:textId="77777777" w:rsidR="00D97685" w:rsidRPr="00ED1D45" w:rsidRDefault="00D97685" w:rsidP="00D97685">
      <w:pPr>
        <w:rPr>
          <w:lang w:val="it-IT"/>
        </w:rPr>
      </w:pPr>
    </w:p>
    <w:p w14:paraId="007B131A" w14:textId="77777777" w:rsidR="00E955B2" w:rsidRPr="00ED1D45" w:rsidRDefault="00904D71">
      <w:pPr>
        <w:pStyle w:val="SectionHead"/>
        <w:spacing w:before="40" w:after="60" w:line="259" w:lineRule="auto"/>
        <w:rPr>
          <w:color w:val="auto"/>
          <w:lang w:val="it-IT"/>
        </w:rPr>
      </w:pPr>
      <w:r w:rsidRPr="00ED1D45">
        <w:rPr>
          <w:color w:val="auto"/>
          <w:lang w:val="it-IT"/>
        </w:rPr>
        <w:t>4. Eventuali esigenze di ausili / tempi aggiuntivi</w:t>
      </w:r>
    </w:p>
    <w:tbl>
      <w:tblPr>
        <w:tblW w:w="0" w:type="auto"/>
        <w:jc w:val="center"/>
        <w:tblBorders>
          <w:top w:val="single" w:sz="8" w:space="0" w:color="C9D2E3"/>
          <w:left w:val="single" w:sz="8" w:space="0" w:color="C9D2E3"/>
          <w:bottom w:val="single" w:sz="8" w:space="0" w:color="C9D2E3"/>
          <w:right w:val="single" w:sz="8" w:space="0" w:color="C9D2E3"/>
          <w:insideH w:val="single" w:sz="8" w:space="0" w:color="C9D2E3"/>
          <w:insideV w:val="single" w:sz="8" w:space="0" w:color="C9D2E3"/>
        </w:tblBorders>
        <w:tblLayout w:type="fixed"/>
        <w:tblLook w:val="04A0" w:firstRow="1" w:lastRow="0" w:firstColumn="1" w:lastColumn="0" w:noHBand="0" w:noVBand="1"/>
      </w:tblPr>
      <w:tblGrid>
        <w:gridCol w:w="9972"/>
      </w:tblGrid>
      <w:tr w:rsidR="00ED1D45" w:rsidRPr="00ED1D45" w14:paraId="4FF2039B" w14:textId="77777777">
        <w:trPr>
          <w:jc w:val="center"/>
        </w:trPr>
        <w:tc>
          <w:tcPr>
            <w:tcW w:w="9972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C9875F6" w14:textId="77777777" w:rsidR="00E955B2" w:rsidRPr="00ED1D45" w:rsidRDefault="00904D71">
            <w:pPr>
              <w:pStyle w:val="Compact"/>
              <w:spacing w:after="0" w:line="252" w:lineRule="auto"/>
              <w:rPr>
                <w:color w:val="auto"/>
              </w:rPr>
            </w:pPr>
            <w:r w:rsidRPr="00ED1D45">
              <w:rPr>
                <w:color w:val="auto"/>
              </w:rPr>
              <w:t xml:space="preserve">□ </w:t>
            </w:r>
            <w:proofErr w:type="spellStart"/>
            <w:r w:rsidRPr="00ED1D45">
              <w:rPr>
                <w:color w:val="auto"/>
              </w:rPr>
              <w:t>Nessuna</w:t>
            </w:r>
            <w:proofErr w:type="spellEnd"/>
            <w:r w:rsidRPr="00ED1D45">
              <w:rPr>
                <w:color w:val="auto"/>
              </w:rPr>
              <w:t xml:space="preserve"> </w:t>
            </w:r>
            <w:proofErr w:type="spellStart"/>
            <w:r w:rsidRPr="00ED1D45">
              <w:rPr>
                <w:color w:val="auto"/>
              </w:rPr>
              <w:t>esigenza</w:t>
            </w:r>
            <w:proofErr w:type="spellEnd"/>
            <w:r w:rsidRPr="00ED1D45">
              <w:rPr>
                <w:color w:val="auto"/>
              </w:rPr>
              <w:t xml:space="preserve"> </w:t>
            </w:r>
            <w:proofErr w:type="spellStart"/>
            <w:r w:rsidRPr="00ED1D45">
              <w:rPr>
                <w:color w:val="auto"/>
              </w:rPr>
              <w:t>particolare</w:t>
            </w:r>
            <w:proofErr w:type="spellEnd"/>
            <w:r w:rsidRPr="00ED1D45">
              <w:rPr>
                <w:color w:val="auto"/>
              </w:rPr>
              <w:t>.</w:t>
            </w:r>
          </w:p>
        </w:tc>
      </w:tr>
      <w:tr w:rsidR="00ED1D45" w:rsidRPr="00ED1D45" w14:paraId="03AFAC5B" w14:textId="77777777">
        <w:trPr>
          <w:jc w:val="center"/>
        </w:trPr>
        <w:tc>
          <w:tcPr>
            <w:tcW w:w="9972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2814138" w14:textId="77777777" w:rsidR="00E955B2" w:rsidRPr="00ED1D45" w:rsidRDefault="00904D71">
            <w:pPr>
              <w:pStyle w:val="Compact"/>
              <w:spacing w:after="0" w:line="252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□ La/Il candidata/o dichiara una condizione di disabilità ai sensi della L. 104/1992 e richiede il seguente ausilio / tempo aggiuntivo: _______________________________________________</w:t>
            </w:r>
          </w:p>
        </w:tc>
      </w:tr>
      <w:tr w:rsidR="00ED1D45" w:rsidRPr="00ED1D45" w14:paraId="48E1D21D" w14:textId="77777777">
        <w:trPr>
          <w:jc w:val="center"/>
        </w:trPr>
        <w:tc>
          <w:tcPr>
            <w:tcW w:w="9972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573DC94" w14:textId="77777777" w:rsidR="00E955B2" w:rsidRPr="00ED1D45" w:rsidRDefault="00904D71">
            <w:pPr>
              <w:pStyle w:val="Compact"/>
              <w:spacing w:after="0" w:line="252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□ La/Il candidata/o dichiara DSA ai sensi della L. 170/2010 e richiede i seguenti strumenti compensativi / tempi aggiuntivi: _______________________________________________</w:t>
            </w:r>
          </w:p>
        </w:tc>
      </w:tr>
    </w:tbl>
    <w:p w14:paraId="1A466CCB" w14:textId="77777777" w:rsidR="00E955B2" w:rsidRPr="00ED1D45" w:rsidRDefault="00E955B2">
      <w:pPr>
        <w:rPr>
          <w:lang w:val="it-IT"/>
        </w:rPr>
      </w:pPr>
    </w:p>
    <w:p w14:paraId="1AC85B73" w14:textId="77777777" w:rsidR="00E955B2" w:rsidRPr="00ED1D45" w:rsidRDefault="00904D71">
      <w:pPr>
        <w:pStyle w:val="SectionHead"/>
        <w:spacing w:after="60" w:line="259" w:lineRule="auto"/>
        <w:rPr>
          <w:color w:val="auto"/>
        </w:rPr>
      </w:pPr>
      <w:r w:rsidRPr="00ED1D45">
        <w:rPr>
          <w:color w:val="auto"/>
        </w:rPr>
        <w:t xml:space="preserve">5. </w:t>
      </w:r>
      <w:proofErr w:type="spellStart"/>
      <w:r w:rsidRPr="00ED1D45">
        <w:rPr>
          <w:color w:val="auto"/>
        </w:rPr>
        <w:t>Documentazione</w:t>
      </w:r>
      <w:proofErr w:type="spellEnd"/>
      <w:r w:rsidRPr="00ED1D45">
        <w:rPr>
          <w:color w:val="auto"/>
        </w:rPr>
        <w:t xml:space="preserve"> </w:t>
      </w:r>
      <w:proofErr w:type="spellStart"/>
      <w:r w:rsidRPr="00ED1D45">
        <w:rPr>
          <w:color w:val="auto"/>
        </w:rPr>
        <w:t>allegata</w:t>
      </w:r>
      <w:proofErr w:type="spellEnd"/>
    </w:p>
    <w:tbl>
      <w:tblPr>
        <w:tblW w:w="0" w:type="auto"/>
        <w:jc w:val="center"/>
        <w:tblBorders>
          <w:top w:val="single" w:sz="8" w:space="0" w:color="C9D2E3"/>
          <w:left w:val="single" w:sz="8" w:space="0" w:color="C9D2E3"/>
          <w:bottom w:val="single" w:sz="8" w:space="0" w:color="C9D2E3"/>
          <w:right w:val="single" w:sz="8" w:space="0" w:color="C9D2E3"/>
          <w:insideH w:val="single" w:sz="8" w:space="0" w:color="C9D2E3"/>
          <w:insideV w:val="single" w:sz="8" w:space="0" w:color="C9D2E3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57"/>
      </w:tblGrid>
      <w:tr w:rsidR="00ED1D45" w:rsidRPr="00ED1D45" w14:paraId="493B7C52" w14:textId="77777777">
        <w:trPr>
          <w:jc w:val="center"/>
        </w:trPr>
        <w:tc>
          <w:tcPr>
            <w:tcW w:w="567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13690AFE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shd w:val="clear" w:color="auto" w:fill="FCFDF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D77F4D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curriculum scientifico-professionale idoneo allo svolgimento dell’attività di ricerca e congruente con le linee del progetto CON.GEN.IA, con riferimento al profilo prescelto;</w:t>
            </w:r>
          </w:p>
        </w:tc>
      </w:tr>
      <w:tr w:rsidR="00ED1D45" w:rsidRPr="00ED1D45" w14:paraId="555D8146" w14:textId="77777777">
        <w:trPr>
          <w:jc w:val="center"/>
        </w:trPr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A1D3D58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EC70D7F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elenco delle pubblicazioni e dei titoli;</w:t>
            </w:r>
          </w:p>
        </w:tc>
      </w:tr>
      <w:tr w:rsidR="00ED1D45" w:rsidRPr="00ED1D45" w14:paraId="2AE31D16" w14:textId="77777777">
        <w:trPr>
          <w:jc w:val="center"/>
        </w:trPr>
        <w:tc>
          <w:tcPr>
            <w:tcW w:w="567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F3546D9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shd w:val="clear" w:color="auto" w:fill="FCFDF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EBECAB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massimo n. 8 pubblicazioni, incluse eventuale tesi di dottorato e solo se allegate;</w:t>
            </w:r>
          </w:p>
        </w:tc>
      </w:tr>
      <w:tr w:rsidR="00ED1D45" w:rsidRPr="00ED1D45" w14:paraId="698F7616" w14:textId="77777777">
        <w:trPr>
          <w:jc w:val="center"/>
        </w:trPr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65DF9AF9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493552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certificazione / dichiarazione sostitutiva attestante il conseguimento del dottorato attinente al profilo, o titolo equivalente conseguito all’estero, con votazione finale;</w:t>
            </w:r>
          </w:p>
        </w:tc>
      </w:tr>
      <w:tr w:rsidR="00ED1D45" w:rsidRPr="00ED1D45" w14:paraId="69BFF9FD" w14:textId="77777777">
        <w:trPr>
          <w:jc w:val="center"/>
        </w:trPr>
        <w:tc>
          <w:tcPr>
            <w:tcW w:w="567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FB20807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shd w:val="clear" w:color="auto" w:fill="FCFDF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EACCCF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eventuali ulteriori titoli di cui si chiede la valutazione;</w:t>
            </w:r>
          </w:p>
        </w:tc>
      </w:tr>
      <w:tr w:rsidR="00ED1D45" w:rsidRPr="00ED1D45" w14:paraId="161E8FF6" w14:textId="77777777">
        <w:trPr>
          <w:jc w:val="center"/>
        </w:trPr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4E6421F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0833F42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elenco in duplice copia dei documenti e dei titoli presentati;</w:t>
            </w:r>
          </w:p>
        </w:tc>
      </w:tr>
      <w:tr w:rsidR="00ED1D45" w:rsidRPr="00ED1D45" w14:paraId="249A2A10" w14:textId="77777777">
        <w:trPr>
          <w:jc w:val="center"/>
        </w:trPr>
        <w:tc>
          <w:tcPr>
            <w:tcW w:w="567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D8580B3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shd w:val="clear" w:color="auto" w:fill="FCFDF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5A70C92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eventuale certificazione sanitaria per disabilità o DSA;</w:t>
            </w:r>
          </w:p>
        </w:tc>
      </w:tr>
      <w:tr w:rsidR="00ED1D45" w:rsidRPr="00ED1D45" w14:paraId="111913CC" w14:textId="77777777">
        <w:trPr>
          <w:jc w:val="center"/>
        </w:trPr>
        <w:tc>
          <w:tcPr>
            <w:tcW w:w="567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494C6661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300646B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>copia scansionata di un documento di riconoscimento con foto in corso di validità;</w:t>
            </w:r>
          </w:p>
        </w:tc>
      </w:tr>
      <w:tr w:rsidR="00ED1D45" w:rsidRPr="00ED1D45" w14:paraId="7D817EAA" w14:textId="77777777">
        <w:trPr>
          <w:jc w:val="center"/>
        </w:trPr>
        <w:tc>
          <w:tcPr>
            <w:tcW w:w="567" w:type="dxa"/>
            <w:shd w:val="clear" w:color="auto" w:fill="F8FAFD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A19320F" w14:textId="77777777" w:rsidR="00E955B2" w:rsidRPr="00ED1D45" w:rsidRDefault="00904D71">
            <w:pPr>
              <w:pStyle w:val="Compact"/>
              <w:spacing w:after="0" w:line="240" w:lineRule="auto"/>
              <w:jc w:val="center"/>
              <w:rPr>
                <w:color w:val="auto"/>
              </w:rPr>
            </w:pPr>
            <w:r w:rsidRPr="00ED1D45">
              <w:rPr>
                <w:color w:val="auto"/>
              </w:rPr>
              <w:t>□</w:t>
            </w:r>
          </w:p>
        </w:tc>
        <w:tc>
          <w:tcPr>
            <w:tcW w:w="8957" w:type="dxa"/>
            <w:shd w:val="clear" w:color="auto" w:fill="FCFDF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A21EBA" w14:textId="77777777" w:rsidR="00E955B2" w:rsidRPr="00ED1D45" w:rsidRDefault="00904D71">
            <w:pPr>
              <w:pStyle w:val="Compact"/>
              <w:spacing w:after="0" w:line="240" w:lineRule="auto"/>
              <w:rPr>
                <w:color w:val="auto"/>
                <w:lang w:val="it-IT"/>
              </w:rPr>
            </w:pPr>
            <w:r w:rsidRPr="00ED1D45">
              <w:rPr>
                <w:color w:val="auto"/>
                <w:lang w:val="it-IT"/>
              </w:rPr>
              <w:t xml:space="preserve">per titoli esteri: eventuale decreto di equipollenza / determina di equivalenza, oppure certificato di conseguimento / diploma </w:t>
            </w:r>
            <w:proofErr w:type="spellStart"/>
            <w:r w:rsidRPr="00ED1D45">
              <w:rPr>
                <w:color w:val="auto"/>
                <w:lang w:val="it-IT"/>
              </w:rPr>
              <w:t>supplement</w:t>
            </w:r>
            <w:proofErr w:type="spellEnd"/>
            <w:r w:rsidRPr="00ED1D45">
              <w:rPr>
                <w:color w:val="auto"/>
                <w:lang w:val="it-IT"/>
              </w:rPr>
              <w:t xml:space="preserve"> con traduzione conforme, nei casi previsti dal bando.</w:t>
            </w:r>
          </w:p>
        </w:tc>
      </w:tr>
    </w:tbl>
    <w:p w14:paraId="6BE52954" w14:textId="77777777" w:rsidR="00E955B2" w:rsidRPr="00ED1D45" w:rsidRDefault="00E955B2">
      <w:pPr>
        <w:rPr>
          <w:lang w:val="it-IT"/>
        </w:rPr>
      </w:pPr>
    </w:p>
    <w:p w14:paraId="516F792B" w14:textId="77777777" w:rsidR="00E955B2" w:rsidRPr="00ED1D45" w:rsidRDefault="00904D71">
      <w:pPr>
        <w:pStyle w:val="SectionHead"/>
        <w:spacing w:after="60" w:line="259" w:lineRule="auto"/>
        <w:rPr>
          <w:color w:val="auto"/>
          <w:lang w:val="it-IT"/>
        </w:rPr>
      </w:pPr>
      <w:r w:rsidRPr="00ED1D45">
        <w:rPr>
          <w:color w:val="auto"/>
          <w:lang w:val="it-IT"/>
        </w:rPr>
        <w:t>6. Dichiarazioni finali</w:t>
      </w:r>
    </w:p>
    <w:p w14:paraId="3C8857FD" w14:textId="77777777" w:rsidR="00E955B2" w:rsidRPr="00ED1D45" w:rsidRDefault="00904D71">
      <w:pPr>
        <w:spacing w:after="40" w:line="252" w:lineRule="auto"/>
        <w:ind w:left="255" w:hanging="198"/>
        <w:rPr>
          <w:lang w:val="it-IT"/>
        </w:rPr>
      </w:pPr>
      <w:r w:rsidRPr="00ED1D45">
        <w:rPr>
          <w:b/>
          <w:lang w:val="it-IT"/>
        </w:rPr>
        <w:t xml:space="preserve">• </w:t>
      </w:r>
      <w:r w:rsidRPr="00ED1D45">
        <w:rPr>
          <w:lang w:val="it-IT"/>
        </w:rPr>
        <w:t>La/Il sottoscritta/o dichiara di aver preso visione integrale del bando e di accettarne tutte le condizioni.</w:t>
      </w:r>
    </w:p>
    <w:p w14:paraId="55A457EE" w14:textId="77777777" w:rsidR="00E955B2" w:rsidRPr="00ED1D45" w:rsidRDefault="00904D71">
      <w:pPr>
        <w:spacing w:after="40" w:line="252" w:lineRule="auto"/>
        <w:ind w:left="255" w:hanging="198"/>
        <w:rPr>
          <w:lang w:val="it-IT"/>
        </w:rPr>
      </w:pPr>
      <w:r w:rsidRPr="00ED1D45">
        <w:rPr>
          <w:b/>
          <w:lang w:val="it-IT"/>
        </w:rPr>
        <w:t xml:space="preserve">• </w:t>
      </w:r>
      <w:r w:rsidRPr="00ED1D45">
        <w:rPr>
          <w:lang w:val="it-IT"/>
        </w:rPr>
        <w:t>La/Il sottoscritta/o autorizza il trattamento dei dati personali conferiti per le finalità connesse alla procedura selettiva, nei termini indicati dal bando e dalla normativa vigente.</w:t>
      </w:r>
    </w:p>
    <w:p w14:paraId="1CCE2931" w14:textId="77777777" w:rsidR="00E955B2" w:rsidRPr="00ED1D45" w:rsidRDefault="00E955B2">
      <w:pPr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ED1D45" w:rsidRPr="00ED1D45" w14:paraId="0F3BFAF1" w14:textId="77777777">
        <w:trPr>
          <w:jc w:val="center"/>
        </w:trPr>
        <w:tc>
          <w:tcPr>
            <w:tcW w:w="4649" w:type="dxa"/>
          </w:tcPr>
          <w:p w14:paraId="2C0F0D93" w14:textId="77777777" w:rsidR="00E955B2" w:rsidRPr="00ED1D45" w:rsidRDefault="00904D71">
            <w:pPr>
              <w:spacing w:after="0" w:line="259" w:lineRule="auto"/>
              <w:rPr>
                <w:b/>
              </w:rPr>
            </w:pPr>
            <w:proofErr w:type="spellStart"/>
            <w:r w:rsidRPr="00ED1D45">
              <w:rPr>
                <w:b/>
              </w:rPr>
              <w:t>Luogo</w:t>
            </w:r>
            <w:proofErr w:type="spellEnd"/>
            <w:r w:rsidRPr="00ED1D45">
              <w:rPr>
                <w:b/>
              </w:rPr>
              <w:t xml:space="preserve"> e data</w:t>
            </w:r>
          </w:p>
          <w:p w14:paraId="588892E6" w14:textId="77777777" w:rsidR="00D97685" w:rsidRPr="00ED1D45" w:rsidRDefault="00D97685">
            <w:pPr>
              <w:spacing w:after="0" w:line="259" w:lineRule="auto"/>
              <w:rPr>
                <w:b/>
              </w:rPr>
            </w:pPr>
          </w:p>
          <w:p w14:paraId="0A785ADF" w14:textId="77777777" w:rsidR="00D97685" w:rsidRPr="00ED1D45" w:rsidRDefault="00D97685">
            <w:pPr>
              <w:spacing w:after="0" w:line="259" w:lineRule="auto"/>
            </w:pPr>
          </w:p>
        </w:tc>
        <w:tc>
          <w:tcPr>
            <w:tcW w:w="4649" w:type="dxa"/>
          </w:tcPr>
          <w:p w14:paraId="4642E445" w14:textId="77777777" w:rsidR="00E955B2" w:rsidRPr="00ED1D45" w:rsidRDefault="00904D71">
            <w:pPr>
              <w:spacing w:after="0" w:line="259" w:lineRule="auto"/>
            </w:pPr>
            <w:r w:rsidRPr="00ED1D45">
              <w:rPr>
                <w:b/>
              </w:rPr>
              <w:t>Firma</w:t>
            </w:r>
          </w:p>
        </w:tc>
      </w:tr>
      <w:tr w:rsidR="008207D6" w:rsidRPr="00ED1D45" w14:paraId="3AC0E92A" w14:textId="77777777">
        <w:trPr>
          <w:jc w:val="center"/>
        </w:trPr>
        <w:tc>
          <w:tcPr>
            <w:tcW w:w="4649" w:type="dxa"/>
          </w:tcPr>
          <w:p w14:paraId="0B16BB28" w14:textId="77777777" w:rsidR="00E955B2" w:rsidRPr="00ED1D45" w:rsidRDefault="00904D71">
            <w:pPr>
              <w:spacing w:after="0" w:line="259" w:lineRule="auto"/>
            </w:pPr>
            <w:r w:rsidRPr="00ED1D45">
              <w:t>__________________________________</w:t>
            </w:r>
          </w:p>
        </w:tc>
        <w:tc>
          <w:tcPr>
            <w:tcW w:w="4649" w:type="dxa"/>
          </w:tcPr>
          <w:p w14:paraId="0216AB93" w14:textId="77777777" w:rsidR="00E955B2" w:rsidRPr="00ED1D45" w:rsidRDefault="00904D71">
            <w:pPr>
              <w:spacing w:after="0" w:line="259" w:lineRule="auto"/>
            </w:pPr>
            <w:r w:rsidRPr="00ED1D45">
              <w:t>__________________________________</w:t>
            </w:r>
          </w:p>
        </w:tc>
      </w:tr>
    </w:tbl>
    <w:p w14:paraId="15BDC408" w14:textId="77777777" w:rsidR="00D97685" w:rsidRPr="00ED1D45" w:rsidRDefault="00D97685">
      <w:pPr>
        <w:pStyle w:val="SmallNote"/>
        <w:spacing w:before="60" w:after="0" w:line="240" w:lineRule="auto"/>
        <w:rPr>
          <w:color w:val="auto"/>
          <w:lang w:val="it-IT"/>
        </w:rPr>
      </w:pPr>
    </w:p>
    <w:p w14:paraId="2C16343C" w14:textId="77777777" w:rsidR="00D97685" w:rsidRPr="00ED1D45" w:rsidRDefault="00D97685">
      <w:pPr>
        <w:pStyle w:val="SmallNote"/>
        <w:spacing w:before="60" w:after="0" w:line="240" w:lineRule="auto"/>
        <w:rPr>
          <w:color w:val="auto"/>
          <w:lang w:val="it-IT"/>
        </w:rPr>
      </w:pPr>
    </w:p>
    <w:p w14:paraId="6ADEA6A7" w14:textId="77777777" w:rsidR="00D97685" w:rsidRPr="00ED1D45" w:rsidRDefault="00D97685">
      <w:pPr>
        <w:pStyle w:val="SmallNote"/>
        <w:spacing w:before="60" w:after="0" w:line="240" w:lineRule="auto"/>
        <w:rPr>
          <w:color w:val="auto"/>
          <w:lang w:val="it-IT"/>
        </w:rPr>
      </w:pPr>
    </w:p>
    <w:p w14:paraId="7AAC5218" w14:textId="77777777" w:rsidR="00D97685" w:rsidRPr="00ED1D45" w:rsidRDefault="00D97685">
      <w:pPr>
        <w:pStyle w:val="SmallNote"/>
        <w:spacing w:before="60" w:after="0" w:line="240" w:lineRule="auto"/>
        <w:rPr>
          <w:color w:val="auto"/>
          <w:lang w:val="it-IT"/>
        </w:rPr>
      </w:pPr>
    </w:p>
    <w:p w14:paraId="3FD6659E" w14:textId="77777777" w:rsidR="00D97685" w:rsidRPr="00ED1D45" w:rsidRDefault="00D97685">
      <w:pPr>
        <w:pStyle w:val="SmallNote"/>
        <w:spacing w:before="60" w:after="0" w:line="240" w:lineRule="auto"/>
        <w:rPr>
          <w:color w:val="auto"/>
          <w:lang w:val="it-IT"/>
        </w:rPr>
      </w:pPr>
    </w:p>
    <w:p w14:paraId="1F0544D4" w14:textId="77777777" w:rsidR="00E955B2" w:rsidRPr="00ED1D45" w:rsidRDefault="00904D71">
      <w:pPr>
        <w:pStyle w:val="SmallNote"/>
        <w:spacing w:before="60" w:after="0" w:line="240" w:lineRule="auto"/>
        <w:rPr>
          <w:color w:val="auto"/>
          <w:lang w:val="it-IT"/>
        </w:rPr>
      </w:pPr>
      <w:r w:rsidRPr="00ED1D45">
        <w:rPr>
          <w:color w:val="auto"/>
          <w:lang w:val="it-IT"/>
        </w:rPr>
        <w:t>N.B. Allegare sempre copia di un documento di identità in corso di validità e firmare la domanda. Le certificazioni possono essere rese anche in forma di dichiarazione sostitutiva ai sensi del D.P.R. 445/2000, come previsto dal bando.</w:t>
      </w:r>
    </w:p>
    <w:sectPr w:rsidR="00E955B2" w:rsidRPr="00ED1D45" w:rsidSect="00034616">
      <w:footerReference w:type="default" r:id="rId9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76FF4" w14:textId="77777777" w:rsidR="00E70073" w:rsidRDefault="00E70073" w:rsidP="00D97685">
      <w:pPr>
        <w:spacing w:after="0" w:line="240" w:lineRule="auto"/>
      </w:pPr>
      <w:r>
        <w:separator/>
      </w:r>
    </w:p>
  </w:endnote>
  <w:endnote w:type="continuationSeparator" w:id="0">
    <w:p w14:paraId="5AAB3B33" w14:textId="77777777" w:rsidR="00E70073" w:rsidRDefault="00E70073" w:rsidP="00D97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998955"/>
      <w:docPartObj>
        <w:docPartGallery w:val="Page Numbers (Bottom of Page)"/>
        <w:docPartUnique/>
      </w:docPartObj>
    </w:sdtPr>
    <w:sdtEndPr/>
    <w:sdtContent>
      <w:p w14:paraId="4313ABE3" w14:textId="77777777" w:rsidR="00D97685" w:rsidRDefault="00D9768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7D6" w:rsidRPr="008207D6">
          <w:rPr>
            <w:rFonts w:hint="eastAsia"/>
            <w:noProof/>
            <w:lang w:val="it-IT"/>
          </w:rPr>
          <w:t>2</w:t>
        </w:r>
        <w:r>
          <w:fldChar w:fldCharType="end"/>
        </w:r>
      </w:p>
    </w:sdtContent>
  </w:sdt>
  <w:p w14:paraId="64B60877" w14:textId="77777777" w:rsidR="00D97685" w:rsidRDefault="00D976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1B06" w14:textId="77777777" w:rsidR="00E70073" w:rsidRDefault="00E70073" w:rsidP="00D97685">
      <w:pPr>
        <w:spacing w:after="0" w:line="240" w:lineRule="auto"/>
      </w:pPr>
      <w:r>
        <w:separator/>
      </w:r>
    </w:p>
  </w:footnote>
  <w:footnote w:type="continuationSeparator" w:id="0">
    <w:p w14:paraId="6F1AAAE8" w14:textId="77777777" w:rsidR="00E70073" w:rsidRDefault="00E70073" w:rsidP="00D97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5974859">
    <w:abstractNumId w:val="8"/>
  </w:num>
  <w:num w:numId="2" w16cid:durableId="1395930095">
    <w:abstractNumId w:val="6"/>
  </w:num>
  <w:num w:numId="3" w16cid:durableId="252591822">
    <w:abstractNumId w:val="5"/>
  </w:num>
  <w:num w:numId="4" w16cid:durableId="1370911831">
    <w:abstractNumId w:val="4"/>
  </w:num>
  <w:num w:numId="5" w16cid:durableId="267156170">
    <w:abstractNumId w:val="7"/>
  </w:num>
  <w:num w:numId="6" w16cid:durableId="1157458892">
    <w:abstractNumId w:val="3"/>
  </w:num>
  <w:num w:numId="7" w16cid:durableId="122117802">
    <w:abstractNumId w:val="2"/>
  </w:num>
  <w:num w:numId="8" w16cid:durableId="1979796919">
    <w:abstractNumId w:val="1"/>
  </w:num>
  <w:num w:numId="9" w16cid:durableId="150590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5DA"/>
    <w:rsid w:val="0015074B"/>
    <w:rsid w:val="0029639D"/>
    <w:rsid w:val="00326F90"/>
    <w:rsid w:val="008207D6"/>
    <w:rsid w:val="00834849"/>
    <w:rsid w:val="008B5AE3"/>
    <w:rsid w:val="00904D71"/>
    <w:rsid w:val="00AA1D8D"/>
    <w:rsid w:val="00B47730"/>
    <w:rsid w:val="00CB0664"/>
    <w:rsid w:val="00D97685"/>
    <w:rsid w:val="00E70073"/>
    <w:rsid w:val="00E955B2"/>
    <w:rsid w:val="00ED1D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4865C5"/>
  <w14:defaultImageDpi w14:val="300"/>
  <w15:docId w15:val="{DCC55397-4DE3-4464-859E-CFF036A3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rPr>
      <w:rFonts w:ascii="Aptos Display" w:hAnsi="Aptos Display"/>
      <w:b/>
      <w:color w:val="1F4E79"/>
      <w:sz w:val="30"/>
    </w:rPr>
  </w:style>
  <w:style w:type="paragraph" w:customStyle="1" w:styleId="SectionHead">
    <w:name w:val="SectionHead"/>
    <w:rPr>
      <w:rFonts w:ascii="Aptos" w:hAnsi="Aptos"/>
      <w:b/>
      <w:color w:val="1F4E79"/>
    </w:rPr>
  </w:style>
  <w:style w:type="paragraph" w:customStyle="1" w:styleId="SmallNote">
    <w:name w:val="SmallNote"/>
    <w:rPr>
      <w:rFonts w:ascii="Aptos" w:hAnsi="Aptos"/>
      <w:i/>
      <w:color w:val="555555"/>
      <w:sz w:val="16"/>
    </w:rPr>
  </w:style>
  <w:style w:type="paragraph" w:customStyle="1" w:styleId="Compact">
    <w:name w:val="Compact"/>
    <w:rPr>
      <w:rFonts w:ascii="Aptos" w:hAnsi="Aptos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F4F6D4-08BF-4FAC-9458-AA209091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Leonarda Cardillo</cp:lastModifiedBy>
  <cp:revision>2</cp:revision>
  <dcterms:created xsi:type="dcterms:W3CDTF">2026-09-17T10:44:00Z</dcterms:created>
  <dcterms:modified xsi:type="dcterms:W3CDTF">2026-09-17T10:44:00Z</dcterms:modified>
  <cp:category/>
</cp:coreProperties>
</file>